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98762E" w:rsidRPr="00445E0A" w14:paraId="4DC74A8C" w14:textId="77777777">
        <w:trPr>
          <w:jc w:val="center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ECE45" w14:textId="77777777" w:rsidR="0098762E" w:rsidRPr="00445E0A" w:rsidRDefault="00445E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74FD4177" wp14:editId="32C56878">
                  <wp:extent cx="651013" cy="6858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013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BF585" w14:textId="77777777" w:rsidR="0098762E" w:rsidRPr="00445E0A" w:rsidRDefault="00A55B8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5A458F32" wp14:editId="39935592">
                  <wp:extent cx="808357" cy="6858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357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6E1F5" w14:textId="77777777" w:rsidR="0098762E" w:rsidRPr="00445E0A" w:rsidRDefault="00445E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644684CC" wp14:editId="0061803F">
                  <wp:extent cx="651510" cy="685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51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83AED4" w14:textId="77777777" w:rsidR="0098762E" w:rsidRPr="00445E0A" w:rsidRDefault="00A55B8E">
      <w:pPr>
        <w:spacing w:before="160" w:after="40" w:line="252" w:lineRule="auto"/>
        <w:jc w:val="center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b/>
          <w:color w:val="17365D"/>
          <w:sz w:val="19"/>
          <w:lang w:val="ru-RU"/>
        </w:rPr>
        <w:t>МИНИСТЕРСТВО ЗДРАВООХРАНЕНИЯ РЕСПУБЛИКИ УЗБЕКИСТАН</w:t>
      </w:r>
    </w:p>
    <w:p w14:paraId="63D6F047" w14:textId="77777777" w:rsidR="0098762E" w:rsidRPr="00445E0A" w:rsidRDefault="00A55B8E">
      <w:pPr>
        <w:spacing w:after="20" w:line="252" w:lineRule="auto"/>
        <w:jc w:val="center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b/>
          <w:color w:val="17365D"/>
          <w:sz w:val="23"/>
          <w:lang w:val="ru-RU"/>
        </w:rPr>
        <w:t>ТАШКЕНТСКИЙ ГОСУДАРСТВЕННЫЙ МЕДИЦИНСКИЙ УНИВЕРСИТЕТ</w:t>
      </w:r>
    </w:p>
    <w:p w14:paraId="47CCB7F9" w14:textId="77777777" w:rsidR="0098762E" w:rsidRPr="00445E0A" w:rsidRDefault="00A55B8E">
      <w:pPr>
        <w:spacing w:line="252" w:lineRule="auto"/>
        <w:jc w:val="center"/>
        <w:rPr>
          <w:rFonts w:ascii="Times New Roman" w:hAnsi="Times New Roman" w:cs="Times New Roman"/>
          <w:b/>
          <w:color w:val="002060"/>
          <w:lang w:val="ru-RU"/>
        </w:rPr>
      </w:pPr>
      <w:r w:rsidRPr="00445E0A">
        <w:rPr>
          <w:rFonts w:ascii="Times New Roman" w:hAnsi="Times New Roman" w:cs="Times New Roman"/>
          <w:b/>
          <w:color w:val="002060"/>
          <w:sz w:val="20"/>
          <w:lang w:val="ru-RU"/>
        </w:rPr>
        <w:t>БАШКИРСКИЙ ГОСУДАРСТВЕННЫЙ МЕДИЦИНСКИЙ УНИВЕРСИТЕТ</w:t>
      </w:r>
    </w:p>
    <w:p w14:paraId="13BA9FAE" w14:textId="77777777" w:rsidR="0098762E" w:rsidRPr="00445E0A" w:rsidRDefault="0098762E">
      <w:pPr>
        <w:pBdr>
          <w:bottom w:val="single" w:sz="28" w:space="0" w:color="2E75B6"/>
        </w:pBdr>
        <w:spacing w:after="160"/>
        <w:rPr>
          <w:rFonts w:ascii="Times New Roman" w:hAnsi="Times New Roman" w:cs="Times New Roman"/>
          <w:lang w:val="ru-RU"/>
        </w:rPr>
      </w:pPr>
    </w:p>
    <w:p w14:paraId="798C8FFA" w14:textId="77777777" w:rsidR="0098762E" w:rsidRPr="00445E0A" w:rsidRDefault="00A55B8E">
      <w:pPr>
        <w:spacing w:before="100" w:after="120" w:line="252" w:lineRule="auto"/>
        <w:jc w:val="center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b/>
          <w:color w:val="C7A34A"/>
          <w:sz w:val="28"/>
          <w:lang w:val="ru-RU"/>
        </w:rPr>
        <w:t>ИНФОРМАЦИОННОЕ ПИСЬМО</w:t>
      </w:r>
    </w:p>
    <w:p w14:paraId="207C6BC0" w14:textId="77777777" w:rsidR="0098762E" w:rsidRPr="00445E0A" w:rsidRDefault="00A55B8E">
      <w:pPr>
        <w:spacing w:after="100" w:line="252" w:lineRule="auto"/>
        <w:jc w:val="center"/>
        <w:rPr>
          <w:rFonts w:ascii="Times New Roman" w:hAnsi="Times New Roman" w:cs="Times New Roman"/>
          <w:b/>
          <w:color w:val="002060"/>
          <w:lang w:val="ru-RU"/>
        </w:rPr>
      </w:pPr>
      <w:r w:rsidRPr="00445E0A">
        <w:rPr>
          <w:rFonts w:ascii="Times New Roman" w:hAnsi="Times New Roman" w:cs="Times New Roman"/>
          <w:b/>
          <w:color w:val="002060"/>
          <w:sz w:val="24"/>
          <w:lang w:val="ru-RU"/>
        </w:rPr>
        <w:t>ПОСВЯЩЕННАЯ 16-ЛЕТИЮ «ШКОЛЫ МОЛОДЫХ НЕВРОЛОГОВ»</w:t>
      </w:r>
    </w:p>
    <w:p w14:paraId="603E5706" w14:textId="77777777" w:rsidR="0098762E" w:rsidRPr="00445E0A" w:rsidRDefault="00A55B8E">
      <w:pPr>
        <w:spacing w:before="40" w:after="60" w:line="240" w:lineRule="auto"/>
        <w:jc w:val="center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b/>
          <w:color w:val="17365D"/>
          <w:sz w:val="44"/>
          <w:lang w:val="ru-RU"/>
        </w:rPr>
        <w:t>«АКТУАЛЬНЫЕ ПРОБЛЕМЫ НЕВРОЛОГИИ»</w:t>
      </w:r>
    </w:p>
    <w:p w14:paraId="529D7CD0" w14:textId="77777777" w:rsidR="0098762E" w:rsidRPr="00445E0A" w:rsidRDefault="00A55B8E">
      <w:pPr>
        <w:spacing w:after="280" w:line="252" w:lineRule="auto"/>
        <w:jc w:val="center"/>
        <w:rPr>
          <w:rFonts w:ascii="Times New Roman" w:hAnsi="Times New Roman" w:cs="Times New Roman"/>
          <w:b/>
          <w:color w:val="002060"/>
          <w:lang w:val="ru-RU"/>
        </w:rPr>
      </w:pPr>
      <w:r w:rsidRPr="00445E0A">
        <w:rPr>
          <w:rFonts w:ascii="Times New Roman" w:hAnsi="Times New Roman" w:cs="Times New Roman"/>
          <w:b/>
          <w:color w:val="002060"/>
          <w:sz w:val="28"/>
          <w:lang w:val="ru-RU"/>
        </w:rPr>
        <w:t>Международная научно-практическая конференция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98762E" w:rsidRPr="00445E0A" w14:paraId="189C87CA" w14:textId="77777777">
        <w:trPr>
          <w:jc w:val="center"/>
        </w:trPr>
        <w:tc>
          <w:tcPr>
            <w:tcW w:w="3456" w:type="dxa"/>
            <w:tcBorders>
              <w:top w:val="single" w:sz="5" w:space="0" w:color="C9DCEB"/>
              <w:left w:val="single" w:sz="5" w:space="0" w:color="C9DCEB"/>
              <w:bottom w:val="single" w:sz="5" w:space="0" w:color="C9DCEB"/>
              <w:right w:val="single" w:sz="5" w:space="0" w:color="C9DCEB"/>
            </w:tcBorders>
            <w:shd w:val="clear" w:color="auto" w:fill="EAF3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CA0629" w14:textId="77777777" w:rsidR="0098762E" w:rsidRPr="00445E0A" w:rsidRDefault="00A55B8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16"/>
              </w:rPr>
              <w:t>ДАТА</w:t>
            </w:r>
          </w:p>
          <w:p w14:paraId="275B417E" w14:textId="77777777" w:rsidR="00EA3C48" w:rsidRDefault="00000000">
            <w:r>
              <w:t>27 ноября 2026</w:t>
            </w:r>
          </w:p>
        </w:tc>
        <w:tc>
          <w:tcPr>
            <w:tcW w:w="3456" w:type="dxa"/>
            <w:tcBorders>
              <w:top w:val="single" w:sz="5" w:space="0" w:color="C9DCEB"/>
              <w:left w:val="single" w:sz="5" w:space="0" w:color="C9DCEB"/>
              <w:bottom w:val="single" w:sz="5" w:space="0" w:color="C9DCEB"/>
              <w:right w:val="single" w:sz="5" w:space="0" w:color="C9DCEB"/>
            </w:tcBorders>
            <w:shd w:val="clear" w:color="auto" w:fill="EAF3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EC3625" w14:textId="77777777" w:rsidR="0098762E" w:rsidRPr="00445E0A" w:rsidRDefault="00A55B8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16"/>
              </w:rPr>
              <w:t>ФОРМАТ</w:t>
            </w:r>
          </w:p>
          <w:p w14:paraId="6AE60C32" w14:textId="77777777" w:rsidR="00EA3C48" w:rsidRDefault="00000000">
            <w:r>
              <w:t>Гибридный</w:t>
            </w:r>
          </w:p>
        </w:tc>
        <w:tc>
          <w:tcPr>
            <w:tcW w:w="3456" w:type="dxa"/>
            <w:tcBorders>
              <w:top w:val="single" w:sz="5" w:space="0" w:color="C9DCEB"/>
              <w:left w:val="single" w:sz="5" w:space="0" w:color="C9DCEB"/>
              <w:bottom w:val="single" w:sz="5" w:space="0" w:color="C9DCEB"/>
              <w:right w:val="single" w:sz="5" w:space="0" w:color="C9DCEB"/>
            </w:tcBorders>
            <w:shd w:val="clear" w:color="auto" w:fill="EAF3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EC397" w14:textId="77777777" w:rsidR="0098762E" w:rsidRPr="00445E0A" w:rsidRDefault="00A55B8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16"/>
              </w:rPr>
              <w:t>ЯЗЫКИ</w:t>
            </w:r>
          </w:p>
          <w:p w14:paraId="32524136" w14:textId="77777777" w:rsidR="00EA3C48" w:rsidRDefault="00000000">
            <w:r>
              <w:t>UZ • RU • EN • BA</w:t>
            </w:r>
          </w:p>
        </w:tc>
      </w:tr>
    </w:tbl>
    <w:p w14:paraId="48121BB0" w14:textId="77777777" w:rsidR="007A4AF7" w:rsidRPr="00445E0A" w:rsidRDefault="007A4AF7">
      <w:pPr>
        <w:spacing w:before="360" w:after="0" w:line="252" w:lineRule="auto"/>
        <w:jc w:val="center"/>
        <w:rPr>
          <w:rFonts w:ascii="Times New Roman" w:hAnsi="Times New Roman" w:cs="Times New Roman"/>
          <w:b/>
          <w:color w:val="5F6B76"/>
          <w:sz w:val="19"/>
        </w:rPr>
      </w:pPr>
    </w:p>
    <w:p w14:paraId="79BCF777" w14:textId="77777777" w:rsidR="007A4AF7" w:rsidRPr="00445E0A" w:rsidRDefault="007A4AF7">
      <w:pPr>
        <w:spacing w:before="360" w:after="0" w:line="252" w:lineRule="auto"/>
        <w:jc w:val="center"/>
        <w:rPr>
          <w:rFonts w:ascii="Times New Roman" w:hAnsi="Times New Roman" w:cs="Times New Roman"/>
          <w:b/>
          <w:color w:val="5F6B76"/>
          <w:sz w:val="19"/>
        </w:rPr>
      </w:pPr>
    </w:p>
    <w:p w14:paraId="616E89D6" w14:textId="77777777" w:rsidR="007A4AF7" w:rsidRPr="00A45C0B" w:rsidRDefault="007A4AF7" w:rsidP="007A4AF7">
      <w:pPr>
        <w:rPr>
          <w:rFonts w:ascii="Times New Roman" w:hAnsi="Times New Roman" w:cs="Times New Roman"/>
          <w:lang w:val="ru-RU"/>
        </w:rPr>
      </w:pPr>
      <w:r w:rsidRPr="00A45C0B">
        <w:rPr>
          <w:rFonts w:ascii="Times New Roman" w:hAnsi="Times New Roman" w:cs="Times New Roman"/>
          <w:b/>
          <w:color w:val="17365D"/>
          <w:sz w:val="26"/>
          <w:lang w:val="ru-RU"/>
        </w:rPr>
        <w:t>УВАЖАЕМЫЕ КОЛЛЕГИ!</w:t>
      </w:r>
    </w:p>
    <w:p w14:paraId="68AACF73" w14:textId="77777777" w:rsidR="007A4AF7" w:rsidRPr="00445E0A" w:rsidRDefault="007A4AF7" w:rsidP="007A4AF7">
      <w:pPr>
        <w:spacing w:after="10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0B">
        <w:rPr>
          <w:rFonts w:ascii="Times New Roman" w:hAnsi="Times New Roman" w:cs="Times New Roman"/>
          <w:color w:val="263238"/>
          <w:sz w:val="28"/>
          <w:szCs w:val="28"/>
          <w:lang w:val="ru-RU"/>
        </w:rPr>
        <w:t xml:space="preserve">Приглашаем вас принять участие в Международной научно-практической конференции «Актуальные проблемы неврологии», посвященной 16-летию </w:t>
      </w:r>
      <w:r w:rsidRPr="00445E0A">
        <w:rPr>
          <w:rFonts w:ascii="Times New Roman" w:hAnsi="Times New Roman" w:cs="Times New Roman"/>
          <w:color w:val="263238"/>
          <w:sz w:val="28"/>
          <w:szCs w:val="28"/>
        </w:rPr>
        <w:t>«</w:t>
      </w:r>
      <w:proofErr w:type="spellStart"/>
      <w:r w:rsidRPr="00445E0A">
        <w:rPr>
          <w:rFonts w:ascii="Times New Roman" w:hAnsi="Times New Roman" w:cs="Times New Roman"/>
          <w:color w:val="263238"/>
          <w:sz w:val="28"/>
          <w:szCs w:val="28"/>
        </w:rPr>
        <w:t>Школы</w:t>
      </w:r>
      <w:proofErr w:type="spellEnd"/>
      <w:r w:rsidRPr="00445E0A">
        <w:rPr>
          <w:rFonts w:ascii="Times New Roman" w:hAnsi="Times New Roman" w:cs="Times New Roman"/>
          <w:color w:val="263238"/>
          <w:sz w:val="28"/>
          <w:szCs w:val="28"/>
        </w:rPr>
        <w:t xml:space="preserve"> </w:t>
      </w:r>
      <w:proofErr w:type="spellStart"/>
      <w:r w:rsidRPr="00445E0A">
        <w:rPr>
          <w:rFonts w:ascii="Times New Roman" w:hAnsi="Times New Roman" w:cs="Times New Roman"/>
          <w:color w:val="263238"/>
          <w:sz w:val="28"/>
          <w:szCs w:val="28"/>
        </w:rPr>
        <w:t>молодых</w:t>
      </w:r>
      <w:proofErr w:type="spellEnd"/>
      <w:r w:rsidRPr="00445E0A">
        <w:rPr>
          <w:rFonts w:ascii="Times New Roman" w:hAnsi="Times New Roman" w:cs="Times New Roman"/>
          <w:color w:val="263238"/>
          <w:sz w:val="28"/>
          <w:szCs w:val="28"/>
        </w:rPr>
        <w:t xml:space="preserve"> </w:t>
      </w:r>
      <w:proofErr w:type="spellStart"/>
      <w:r w:rsidRPr="00445E0A">
        <w:rPr>
          <w:rFonts w:ascii="Times New Roman" w:hAnsi="Times New Roman" w:cs="Times New Roman"/>
          <w:color w:val="263238"/>
          <w:sz w:val="28"/>
          <w:szCs w:val="28"/>
        </w:rPr>
        <w:t>неврологов</w:t>
      </w:r>
      <w:proofErr w:type="spellEnd"/>
      <w:r w:rsidRPr="00445E0A">
        <w:rPr>
          <w:rFonts w:ascii="Times New Roman" w:hAnsi="Times New Roman" w:cs="Times New Roman"/>
          <w:color w:val="263238"/>
          <w:sz w:val="28"/>
          <w:szCs w:val="28"/>
        </w:rPr>
        <w:t xml:space="preserve">», </w:t>
      </w:r>
      <w:proofErr w:type="spellStart"/>
      <w:r w:rsidRPr="00445E0A">
        <w:rPr>
          <w:rFonts w:ascii="Times New Roman" w:hAnsi="Times New Roman" w:cs="Times New Roman"/>
          <w:color w:val="263238"/>
          <w:sz w:val="28"/>
          <w:szCs w:val="28"/>
        </w:rPr>
        <w:t>которая</w:t>
      </w:r>
      <w:proofErr w:type="spellEnd"/>
      <w:r w:rsidRPr="00445E0A">
        <w:rPr>
          <w:rFonts w:ascii="Times New Roman" w:hAnsi="Times New Roman" w:cs="Times New Roman"/>
          <w:color w:val="263238"/>
          <w:sz w:val="28"/>
          <w:szCs w:val="28"/>
        </w:rPr>
        <w:t xml:space="preserve"> </w:t>
      </w:r>
      <w:proofErr w:type="spellStart"/>
      <w:r w:rsidRPr="00445E0A">
        <w:rPr>
          <w:rFonts w:ascii="Times New Roman" w:hAnsi="Times New Roman" w:cs="Times New Roman"/>
          <w:color w:val="263238"/>
          <w:sz w:val="28"/>
          <w:szCs w:val="28"/>
        </w:rPr>
        <w:t>состоится</w:t>
      </w:r>
      <w:proofErr w:type="spellEnd"/>
      <w:r w:rsidRPr="00445E0A">
        <w:rPr>
          <w:rFonts w:ascii="Times New Roman" w:hAnsi="Times New Roman" w:cs="Times New Roman"/>
          <w:color w:val="263238"/>
          <w:sz w:val="28"/>
          <w:szCs w:val="28"/>
        </w:rPr>
        <w:t xml:space="preserve"> 27 </w:t>
      </w:r>
      <w:proofErr w:type="spellStart"/>
      <w:r w:rsidRPr="00445E0A">
        <w:rPr>
          <w:rFonts w:ascii="Times New Roman" w:hAnsi="Times New Roman" w:cs="Times New Roman"/>
          <w:color w:val="263238"/>
          <w:sz w:val="28"/>
          <w:szCs w:val="28"/>
        </w:rPr>
        <w:t>ноября</w:t>
      </w:r>
      <w:proofErr w:type="spellEnd"/>
      <w:r w:rsidRPr="00445E0A">
        <w:rPr>
          <w:rFonts w:ascii="Times New Roman" w:hAnsi="Times New Roman" w:cs="Times New Roman"/>
          <w:color w:val="263238"/>
          <w:sz w:val="28"/>
          <w:szCs w:val="28"/>
        </w:rPr>
        <w:t xml:space="preserve"> 2026 </w:t>
      </w:r>
      <w:proofErr w:type="spellStart"/>
      <w:r w:rsidRPr="00445E0A">
        <w:rPr>
          <w:rFonts w:ascii="Times New Roman" w:hAnsi="Times New Roman" w:cs="Times New Roman"/>
          <w:color w:val="263238"/>
          <w:sz w:val="28"/>
          <w:szCs w:val="28"/>
        </w:rPr>
        <w:t>года</w:t>
      </w:r>
      <w:proofErr w:type="spellEnd"/>
      <w:r w:rsidRPr="00445E0A">
        <w:rPr>
          <w:rFonts w:ascii="Times New Roman" w:hAnsi="Times New Roman" w:cs="Times New Roman"/>
          <w:color w:val="263238"/>
          <w:sz w:val="28"/>
          <w:szCs w:val="28"/>
        </w:rPr>
        <w:t>.</w:t>
      </w:r>
    </w:p>
    <w:p w14:paraId="7BE56084" w14:textId="77777777" w:rsidR="007A4AF7" w:rsidRPr="00A45C0B" w:rsidRDefault="007A4AF7" w:rsidP="007A4AF7">
      <w:pPr>
        <w:spacing w:after="100" w:line="252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5C0B">
        <w:rPr>
          <w:rFonts w:ascii="Times New Roman" w:hAnsi="Times New Roman" w:cs="Times New Roman"/>
          <w:color w:val="263238"/>
          <w:sz w:val="28"/>
          <w:szCs w:val="28"/>
          <w:lang w:val="ru-RU"/>
        </w:rPr>
        <w:t>Ташкентский государственный медицинский университет совместно с Башкирским государственным медицинским университетом приглашает студентов 5–6-х курсов медицинских вузов, магистрантов, клинических ординаторов, научных сотрудников и молодых специалистов принять участие в международной конференции, которая пройдет в гибридном формате (офлайн и онлайн).</w:t>
      </w:r>
    </w:p>
    <w:p w14:paraId="29B49DD1" w14:textId="77777777" w:rsidR="007A4AF7" w:rsidRPr="00A45C0B" w:rsidRDefault="007A4AF7" w:rsidP="007A4AF7">
      <w:pPr>
        <w:spacing w:after="100" w:line="252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5C0B">
        <w:rPr>
          <w:rFonts w:ascii="Times New Roman" w:hAnsi="Times New Roman" w:cs="Times New Roman"/>
          <w:color w:val="263238"/>
          <w:sz w:val="28"/>
          <w:szCs w:val="28"/>
          <w:lang w:val="ru-RU"/>
        </w:rPr>
        <w:t>Ведущих специалистов приглашаем выступить с докладами, посвященными актуальным проблемам неврологии и имеющими научную и практическую значимость для молодых неврологов.</w:t>
      </w:r>
    </w:p>
    <w:p w14:paraId="11172A21" w14:textId="77777777" w:rsidR="007A4AF7" w:rsidRPr="00A45C0B" w:rsidRDefault="007A4AF7">
      <w:pPr>
        <w:spacing w:before="360" w:after="0" w:line="252" w:lineRule="auto"/>
        <w:jc w:val="center"/>
        <w:rPr>
          <w:rFonts w:ascii="Times New Roman" w:hAnsi="Times New Roman" w:cs="Times New Roman"/>
          <w:b/>
          <w:color w:val="5F6B76"/>
          <w:sz w:val="19"/>
          <w:lang w:val="ru-RU"/>
        </w:rPr>
      </w:pPr>
    </w:p>
    <w:p w14:paraId="40B7E73D" w14:textId="77777777" w:rsidR="007A4AF7" w:rsidRPr="00A45C0B" w:rsidRDefault="007A4AF7">
      <w:pPr>
        <w:spacing w:before="360" w:after="0" w:line="252" w:lineRule="auto"/>
        <w:jc w:val="center"/>
        <w:rPr>
          <w:rFonts w:ascii="Times New Roman" w:hAnsi="Times New Roman" w:cs="Times New Roman"/>
          <w:b/>
          <w:color w:val="5F6B76"/>
          <w:sz w:val="19"/>
          <w:lang w:val="ru-RU"/>
        </w:rPr>
      </w:pPr>
    </w:p>
    <w:p w14:paraId="6A2EF24A" w14:textId="77777777" w:rsidR="007A4AF7" w:rsidRPr="00A45C0B" w:rsidRDefault="007A4AF7">
      <w:pPr>
        <w:spacing w:before="360" w:after="0" w:line="252" w:lineRule="auto"/>
        <w:jc w:val="center"/>
        <w:rPr>
          <w:rFonts w:ascii="Times New Roman" w:hAnsi="Times New Roman" w:cs="Times New Roman"/>
          <w:b/>
          <w:color w:val="5F6B76"/>
          <w:sz w:val="19"/>
          <w:lang w:val="ru-RU"/>
        </w:rPr>
      </w:pPr>
    </w:p>
    <w:p w14:paraId="2611E6A3" w14:textId="77777777" w:rsidR="0098762E" w:rsidRPr="00445E0A" w:rsidRDefault="00A55B8E" w:rsidP="00036CC7">
      <w:pPr>
        <w:spacing w:before="360" w:after="0" w:line="252" w:lineRule="auto"/>
        <w:jc w:val="center"/>
        <w:rPr>
          <w:rFonts w:ascii="Times New Roman" w:hAnsi="Times New Roman" w:cs="Times New Roman"/>
        </w:rPr>
      </w:pPr>
      <w:r w:rsidRPr="00445E0A">
        <w:rPr>
          <w:rFonts w:ascii="Times New Roman" w:hAnsi="Times New Roman" w:cs="Times New Roman"/>
          <w:b/>
          <w:color w:val="5F6B76"/>
          <w:sz w:val="19"/>
        </w:rPr>
        <w:t>ТАШКЕНТ • 2026</w:t>
      </w:r>
    </w:p>
    <w:p w14:paraId="17C9C852" w14:textId="77777777" w:rsidR="0098762E" w:rsidRPr="00445E0A" w:rsidRDefault="00A55B8E" w:rsidP="00036CC7">
      <w:pPr>
        <w:rPr>
          <w:rFonts w:ascii="Times New Roman" w:hAnsi="Times New Roman" w:cs="Times New Roman"/>
        </w:rPr>
      </w:pPr>
      <w:r w:rsidRPr="00445E0A">
        <w:rPr>
          <w:rFonts w:ascii="Times New Roman" w:hAnsi="Times New Roman" w:cs="Times New Roman"/>
        </w:rPr>
        <w:t>ОСНОВНЫЕ НАПРАВЛЕНИЯ КОНФЕРЕНЦИИ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98762E" w:rsidRPr="00445E0A" w14:paraId="0D6E1268" w14:textId="77777777">
        <w:trPr>
          <w:jc w:val="center"/>
        </w:trPr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5F8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16A1BF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  <w:lang w:val="ru-RU"/>
              </w:rPr>
              <w:lastRenderedPageBreak/>
              <w:t>•  Сосудистые и дегенеративные деменции</w:t>
            </w:r>
          </w:p>
        </w:tc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5F8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47D975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 xml:space="preserve">• 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Боль</w:t>
            </w:r>
            <w:proofErr w:type="spellEnd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 xml:space="preserve"> и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болевые</w:t>
            </w:r>
            <w:proofErr w:type="spellEnd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 xml:space="preserve">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синдромы</w:t>
            </w:r>
            <w:proofErr w:type="spellEnd"/>
          </w:p>
        </w:tc>
      </w:tr>
      <w:tr w:rsidR="0098762E" w:rsidRPr="00445E0A" w14:paraId="18229C5C" w14:textId="77777777">
        <w:trPr>
          <w:jc w:val="center"/>
        </w:trPr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C4DC66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  <w:lang w:val="ru-RU"/>
              </w:rPr>
              <w:t>•  Инновационные подходы к диагностике и лечению инсультов головного и спинного мозга</w:t>
            </w:r>
          </w:p>
        </w:tc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480CDE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 xml:space="preserve">• 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Эпилепсия</w:t>
            </w:r>
            <w:proofErr w:type="spellEnd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 xml:space="preserve"> и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эпилептические</w:t>
            </w:r>
            <w:proofErr w:type="spellEnd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 xml:space="preserve">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синдромы</w:t>
            </w:r>
            <w:proofErr w:type="spellEnd"/>
          </w:p>
        </w:tc>
      </w:tr>
      <w:tr w:rsidR="0098762E" w:rsidRPr="00445E0A" w14:paraId="624FE3B1" w14:textId="77777777">
        <w:trPr>
          <w:jc w:val="center"/>
        </w:trPr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5F8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D524A1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  <w:lang w:val="ru-RU"/>
              </w:rPr>
              <w:t>•  Миастения и нервно-мышечные заболевания</w:t>
            </w:r>
          </w:p>
        </w:tc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5F8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EAF899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 xml:space="preserve">• 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Нарушения</w:t>
            </w:r>
            <w:proofErr w:type="spellEnd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 xml:space="preserve">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сна</w:t>
            </w:r>
            <w:proofErr w:type="spellEnd"/>
          </w:p>
        </w:tc>
      </w:tr>
      <w:tr w:rsidR="0098762E" w:rsidRPr="00445E0A" w14:paraId="58BBD0B3" w14:textId="77777777">
        <w:trPr>
          <w:jc w:val="center"/>
        </w:trPr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DEF38A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•  Воспалительные заболевания нервной системы</w:t>
            </w:r>
          </w:p>
        </w:tc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31C0BC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•  Соматоневрология</w:t>
            </w:r>
          </w:p>
        </w:tc>
      </w:tr>
      <w:tr w:rsidR="0098762E" w:rsidRPr="00445E0A" w14:paraId="08849EE1" w14:textId="77777777">
        <w:trPr>
          <w:jc w:val="center"/>
        </w:trPr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5F8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424C27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  <w:lang w:val="ru-RU"/>
              </w:rPr>
              <w:t>•  Демиелинизирующие заболевания центральной и периферической нервной системы</w:t>
            </w:r>
          </w:p>
        </w:tc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5F8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7047F0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 xml:space="preserve">• 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Нейрореабилитация</w:t>
            </w:r>
            <w:proofErr w:type="spellEnd"/>
          </w:p>
        </w:tc>
      </w:tr>
      <w:tr w:rsidR="0098762E" w:rsidRPr="00445E0A" w14:paraId="05C2A772" w14:textId="77777777">
        <w:trPr>
          <w:jc w:val="center"/>
        </w:trPr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CFC54C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  <w:lang w:val="ru-RU"/>
              </w:rPr>
              <w:t>•  Болезнь Паркинсона и синдром паркинсонизма</w:t>
            </w:r>
          </w:p>
        </w:tc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D0F137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 xml:space="preserve">• 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Офтальмоневрология</w:t>
            </w:r>
            <w:proofErr w:type="spellEnd"/>
          </w:p>
        </w:tc>
      </w:tr>
      <w:tr w:rsidR="0098762E" w:rsidRPr="00A45C0B" w14:paraId="28437ACD" w14:textId="77777777">
        <w:trPr>
          <w:jc w:val="center"/>
        </w:trPr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5F8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9E7970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  <w:lang w:val="ru-RU"/>
              </w:rPr>
              <w:t>•  Нейровизуализация: проблемы и современные подходы</w:t>
            </w:r>
          </w:p>
        </w:tc>
        <w:tc>
          <w:tcPr>
            <w:tcW w:w="5184" w:type="dxa"/>
            <w:tcBorders>
              <w:top w:val="single" w:sz="4" w:space="0" w:color="E2EAF0"/>
              <w:left w:val="single" w:sz="4" w:space="0" w:color="E2EAF0"/>
              <w:bottom w:val="single" w:sz="4" w:space="0" w:color="E2EAF0"/>
              <w:right w:val="single" w:sz="4" w:space="0" w:color="E2EAF0"/>
            </w:tcBorders>
            <w:shd w:val="clear" w:color="auto" w:fill="F5F8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A579EE" w14:textId="77777777" w:rsidR="0098762E" w:rsidRPr="00445E0A" w:rsidRDefault="00A55B8E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  <w:lang w:val="ru-RU"/>
              </w:rPr>
              <w:t>•  Неврология и беременность и др.</w:t>
            </w:r>
          </w:p>
        </w:tc>
      </w:tr>
    </w:tbl>
    <w:p w14:paraId="3FCACE0F" w14:textId="77777777" w:rsidR="007A4AF7" w:rsidRPr="00445E0A" w:rsidRDefault="007A4AF7" w:rsidP="007A4AF7">
      <w:pPr>
        <w:rPr>
          <w:rFonts w:ascii="Times New Roman" w:hAnsi="Times New Roman" w:cs="Times New Roman"/>
          <w:lang w:val="ru-RU"/>
        </w:rPr>
      </w:pPr>
    </w:p>
    <w:p w14:paraId="624FE924" w14:textId="77777777" w:rsidR="0098762E" w:rsidRPr="00445E0A" w:rsidRDefault="00A55B8E" w:rsidP="007A4AF7">
      <w:pPr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b/>
          <w:color w:val="17365D"/>
          <w:sz w:val="26"/>
        </w:rPr>
        <w:t>ПОРЯДОК УЧАСТИЯ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98762E" w:rsidRPr="00445E0A" w14:paraId="095140C9" w14:textId="77777777">
        <w:trPr>
          <w:jc w:val="center"/>
        </w:trPr>
        <w:tc>
          <w:tcPr>
            <w:tcW w:w="3456" w:type="dxa"/>
            <w:tcBorders>
              <w:top w:val="single" w:sz="5" w:space="0" w:color="C9DCEB"/>
              <w:left w:val="single" w:sz="5" w:space="0" w:color="C9DCEB"/>
              <w:bottom w:val="single" w:sz="5" w:space="0" w:color="C9DCEB"/>
              <w:right w:val="single" w:sz="5" w:space="0" w:color="C9DCEB"/>
            </w:tcBorders>
            <w:shd w:val="clear" w:color="auto" w:fill="EAF3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B00629" w14:textId="77777777" w:rsidR="0098762E" w:rsidRPr="00445E0A" w:rsidRDefault="00A55B8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16"/>
              </w:rPr>
              <w:t>ВЕДУЩИЙ СПЕЦИАЛИСТ</w:t>
            </w:r>
          </w:p>
          <w:p w14:paraId="31E924F1" w14:textId="77777777" w:rsidR="00EA3C48" w:rsidRDefault="00000000">
            <w:r>
              <w:t>15 минут</w:t>
            </w:r>
          </w:p>
        </w:tc>
        <w:tc>
          <w:tcPr>
            <w:tcW w:w="3456" w:type="dxa"/>
            <w:tcBorders>
              <w:top w:val="single" w:sz="5" w:space="0" w:color="C9DCEB"/>
              <w:left w:val="single" w:sz="5" w:space="0" w:color="C9DCEB"/>
              <w:bottom w:val="single" w:sz="5" w:space="0" w:color="C9DCEB"/>
              <w:right w:val="single" w:sz="5" w:space="0" w:color="C9DCEB"/>
            </w:tcBorders>
            <w:shd w:val="clear" w:color="auto" w:fill="EAF3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B076B" w14:textId="77777777" w:rsidR="0098762E" w:rsidRPr="00445E0A" w:rsidRDefault="00A55B8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16"/>
              </w:rPr>
              <w:t>МОЛОДОЙ ИССЛЕДОВАТЕЛЬ</w:t>
            </w:r>
          </w:p>
          <w:p w14:paraId="6B9873DA" w14:textId="77777777" w:rsidR="00EA3C48" w:rsidRDefault="00000000">
            <w:r>
              <w:t>10 минут</w:t>
            </w:r>
          </w:p>
        </w:tc>
        <w:tc>
          <w:tcPr>
            <w:tcW w:w="3456" w:type="dxa"/>
            <w:tcBorders>
              <w:top w:val="single" w:sz="5" w:space="0" w:color="C9DCEB"/>
              <w:left w:val="single" w:sz="5" w:space="0" w:color="C9DCEB"/>
              <w:bottom w:val="single" w:sz="5" w:space="0" w:color="C9DCEB"/>
              <w:right w:val="single" w:sz="5" w:space="0" w:color="C9DCEB"/>
            </w:tcBorders>
            <w:shd w:val="clear" w:color="auto" w:fill="EAF3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A1662F" w14:textId="77777777" w:rsidR="0098762E" w:rsidRPr="00445E0A" w:rsidRDefault="00A55B8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16"/>
              </w:rPr>
              <w:t>ФОРМА</w:t>
            </w:r>
          </w:p>
          <w:p w14:paraId="14D9F9CF" w14:textId="77777777" w:rsidR="00EA3C48" w:rsidRDefault="00000000">
            <w:r>
              <w:t>Устный доклад</w:t>
            </w:r>
          </w:p>
        </w:tc>
      </w:tr>
    </w:tbl>
    <w:p w14:paraId="0D2F168B" w14:textId="77777777" w:rsidR="0098762E" w:rsidRPr="00A45C0B" w:rsidRDefault="00A55B8E">
      <w:pPr>
        <w:spacing w:before="140" w:after="120" w:line="252" w:lineRule="auto"/>
        <w:rPr>
          <w:rFonts w:ascii="Times New Roman" w:hAnsi="Times New Roman" w:cs="Times New Roman"/>
          <w:lang w:val="ru-RU"/>
        </w:rPr>
      </w:pPr>
      <w:r w:rsidRPr="00A45C0B">
        <w:rPr>
          <w:rFonts w:ascii="Times New Roman" w:hAnsi="Times New Roman" w:cs="Times New Roman"/>
          <w:color w:val="263238"/>
          <w:lang w:val="ru-RU"/>
        </w:rPr>
        <w:t xml:space="preserve">Презентация должна быть подготовлена в программе </w:t>
      </w:r>
      <w:r w:rsidRPr="00445E0A">
        <w:rPr>
          <w:rFonts w:ascii="Times New Roman" w:hAnsi="Times New Roman" w:cs="Times New Roman"/>
          <w:color w:val="263238"/>
        </w:rPr>
        <w:t>PowerPoint</w:t>
      </w:r>
      <w:r w:rsidRPr="00A45C0B">
        <w:rPr>
          <w:rFonts w:ascii="Times New Roman" w:hAnsi="Times New Roman" w:cs="Times New Roman"/>
          <w:color w:val="263238"/>
          <w:lang w:val="ru-RU"/>
        </w:rPr>
        <w:t>. Доклад может быть представлен на узбекском, башкирском, русском или английском языке.</w:t>
      </w:r>
    </w:p>
    <w:p w14:paraId="62809CD3" w14:textId="77777777" w:rsidR="0098762E" w:rsidRPr="00A45C0B" w:rsidRDefault="00A55B8E">
      <w:pPr>
        <w:spacing w:after="100" w:line="252" w:lineRule="auto"/>
        <w:jc w:val="both"/>
        <w:rPr>
          <w:rFonts w:ascii="Times New Roman" w:hAnsi="Times New Roman" w:cs="Times New Roman"/>
          <w:lang w:val="ru-RU"/>
        </w:rPr>
      </w:pPr>
      <w:r w:rsidRPr="00A45C0B">
        <w:rPr>
          <w:rFonts w:ascii="Times New Roman" w:hAnsi="Times New Roman" w:cs="Times New Roman"/>
          <w:color w:val="263238"/>
          <w:lang w:val="ru-RU"/>
        </w:rPr>
        <w:t>В рамках конференции состоятся пленарное заседание (устные доклады ведущих специалистов), а также конкурс научно-инновационных докладов молодых исследователей.</w:t>
      </w:r>
    </w:p>
    <w:p w14:paraId="7B0D2BAE" w14:textId="77777777" w:rsidR="0098762E" w:rsidRPr="00A45C0B" w:rsidRDefault="00A55B8E">
      <w:pPr>
        <w:spacing w:after="100" w:line="252" w:lineRule="auto"/>
        <w:jc w:val="both"/>
        <w:rPr>
          <w:rFonts w:ascii="Times New Roman" w:hAnsi="Times New Roman" w:cs="Times New Roman"/>
          <w:lang w:val="ru-RU"/>
        </w:rPr>
      </w:pPr>
      <w:r w:rsidRPr="00A45C0B">
        <w:rPr>
          <w:rFonts w:ascii="Times New Roman" w:hAnsi="Times New Roman" w:cs="Times New Roman"/>
          <w:color w:val="263238"/>
          <w:lang w:val="ru-RU"/>
        </w:rPr>
        <w:t>Все авторы, принявшие участие в конференции, будут награждены памятными сертификатами, а победители — соответствующими дипломами.</w:t>
      </w:r>
    </w:p>
    <w:p w14:paraId="4351BB08" w14:textId="77777777" w:rsidR="0098762E" w:rsidRPr="00445E0A" w:rsidRDefault="00A55B8E">
      <w:pPr>
        <w:keepNext/>
        <w:pBdr>
          <w:bottom w:val="single" w:sz="14" w:space="4" w:color="C7A34A"/>
        </w:pBdr>
        <w:spacing w:before="180" w:after="100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b/>
          <w:color w:val="17365D"/>
          <w:sz w:val="26"/>
          <w:lang w:val="ru-RU"/>
        </w:rPr>
        <w:t>ФОРМАТ И РЕГИСТРАЦИЯ</w:t>
      </w:r>
    </w:p>
    <w:p w14:paraId="3180EF75" w14:textId="77777777" w:rsidR="0098762E" w:rsidRPr="00445E0A" w:rsidRDefault="00A55B8E">
      <w:pPr>
        <w:spacing w:after="50" w:line="240" w:lineRule="auto"/>
        <w:ind w:left="259" w:hanging="173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b/>
          <w:color w:val="2E75B6"/>
          <w:lang w:val="ru-RU"/>
        </w:rPr>
        <w:t>•  Языки конференции: узбекский, башкирский, русский и английский.</w:t>
      </w:r>
    </w:p>
    <w:p w14:paraId="3A6F3545" w14:textId="77777777" w:rsidR="0098762E" w:rsidRPr="00445E0A" w:rsidRDefault="00A55B8E">
      <w:pPr>
        <w:spacing w:after="50" w:line="240" w:lineRule="auto"/>
        <w:ind w:left="259" w:hanging="173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b/>
          <w:color w:val="2E75B6"/>
          <w:lang w:val="ru-RU"/>
        </w:rPr>
        <w:t>•  Формат проведения: гибридный — офлайн и онлайн.</w:t>
      </w:r>
    </w:p>
    <w:p w14:paraId="575B62C5" w14:textId="77777777" w:rsidR="0098762E" w:rsidRPr="00445E0A" w:rsidRDefault="00A55B8E">
      <w:pPr>
        <w:spacing w:after="50" w:line="240" w:lineRule="auto"/>
        <w:ind w:left="259" w:hanging="173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b/>
          <w:color w:val="2E75B6"/>
          <w:lang w:val="ru-RU"/>
        </w:rPr>
        <w:t>•  Форма участия: выступление с докладом.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98762E" w:rsidRPr="00445E0A" w14:paraId="72E6B4B7" w14:textId="77777777">
        <w:trPr>
          <w:jc w:val="center"/>
        </w:trPr>
        <w:tc>
          <w:tcPr>
            <w:tcW w:w="10368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EAF3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7E8FD13" w14:textId="77777777" w:rsidR="0098762E" w:rsidRPr="00445E0A" w:rsidRDefault="00A55B8E">
            <w:pPr>
              <w:spacing w:after="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17365D"/>
                <w:sz w:val="22"/>
                <w:lang w:val="ru-RU"/>
              </w:rPr>
              <w:t>РЕГИСТРАЦИЯ</w:t>
            </w:r>
          </w:p>
          <w:p w14:paraId="7041B61D" w14:textId="77777777" w:rsidR="0098762E" w:rsidRPr="00445E0A" w:rsidRDefault="00A55B8E">
            <w:pPr>
              <w:spacing w:after="4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45E0A">
              <w:rPr>
                <w:rFonts w:ascii="Times New Roman" w:hAnsi="Times New Roman" w:cs="Times New Roman"/>
                <w:color w:val="263238"/>
                <w:sz w:val="20"/>
                <w:lang w:val="ru-RU"/>
              </w:rPr>
              <w:t>Для участия в конференции зарегистрируйтесь через Google Form.</w:t>
            </w:r>
          </w:p>
          <w:p w14:paraId="23F46C2D" w14:textId="4E9FA1E9" w:rsidR="0098762E" w:rsidRPr="00445E0A" w:rsidRDefault="00A45C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Pr="00A45C0B">
                <w:rPr>
                  <w:rStyle w:val="affa"/>
                  <w:rFonts w:ascii="Times New Roman" w:hAnsi="Times New Roman" w:cs="Times New Roman"/>
                </w:rPr>
                <w:t>https://forms.gle/ShgChzAsbhyCNWrh6</w:t>
              </w:r>
            </w:hyperlink>
          </w:p>
        </w:tc>
      </w:tr>
    </w:tbl>
    <w:p w14:paraId="17AFBD6E" w14:textId="77777777" w:rsidR="0098762E" w:rsidRPr="00A45C0B" w:rsidRDefault="00A55B8E">
      <w:pPr>
        <w:spacing w:before="120" w:after="100" w:line="252" w:lineRule="auto"/>
        <w:rPr>
          <w:rFonts w:ascii="Times New Roman" w:hAnsi="Times New Roman" w:cs="Times New Roman"/>
          <w:color w:val="FF0000"/>
          <w:lang w:val="ru-RU"/>
        </w:rPr>
      </w:pPr>
      <w:r w:rsidRPr="00A45C0B">
        <w:rPr>
          <w:rFonts w:ascii="Times New Roman" w:hAnsi="Times New Roman" w:cs="Times New Roman"/>
          <w:color w:val="FF0000"/>
          <w:sz w:val="19"/>
          <w:lang w:val="ru-RU"/>
        </w:rPr>
        <w:t xml:space="preserve">Примечание: все данные в </w:t>
      </w:r>
      <w:r w:rsidRPr="00445E0A">
        <w:rPr>
          <w:rFonts w:ascii="Times New Roman" w:hAnsi="Times New Roman" w:cs="Times New Roman"/>
          <w:color w:val="FF0000"/>
          <w:sz w:val="19"/>
        </w:rPr>
        <w:t>Google</w:t>
      </w:r>
      <w:r w:rsidRPr="00A45C0B">
        <w:rPr>
          <w:rFonts w:ascii="Times New Roman" w:hAnsi="Times New Roman" w:cs="Times New Roman"/>
          <w:color w:val="FF0000"/>
          <w:sz w:val="19"/>
          <w:lang w:val="ru-RU"/>
        </w:rPr>
        <w:t xml:space="preserve"> </w:t>
      </w:r>
      <w:r w:rsidRPr="00445E0A">
        <w:rPr>
          <w:rFonts w:ascii="Times New Roman" w:hAnsi="Times New Roman" w:cs="Times New Roman"/>
          <w:color w:val="FF0000"/>
          <w:sz w:val="19"/>
        </w:rPr>
        <w:t>Form</w:t>
      </w:r>
      <w:r w:rsidRPr="00A45C0B">
        <w:rPr>
          <w:rFonts w:ascii="Times New Roman" w:hAnsi="Times New Roman" w:cs="Times New Roman"/>
          <w:color w:val="FF0000"/>
          <w:sz w:val="19"/>
          <w:lang w:val="ru-RU"/>
        </w:rPr>
        <w:t xml:space="preserve"> необходимо заполнить полностью и без ошибок. В программу конференции будут внесены именно те сведения, которые вы предоставите.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98762E" w:rsidRPr="00A45C0B" w14:paraId="24D70B1E" w14:textId="77777777">
        <w:tc>
          <w:tcPr>
            <w:tcW w:w="10368" w:type="dxa"/>
            <w:tcBorders>
              <w:top w:val="single" w:sz="8" w:space="0" w:color="C7A34A"/>
              <w:left w:val="single" w:sz="8" w:space="0" w:color="C7A34A"/>
              <w:bottom w:val="single" w:sz="8" w:space="0" w:color="C7A34A"/>
              <w:right w:val="single" w:sz="8" w:space="0" w:color="C7A34A"/>
            </w:tcBorders>
            <w:shd w:val="clear" w:color="auto" w:fill="FFF7E3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C02DCA2" w14:textId="77777777" w:rsidR="0098762E" w:rsidRPr="00A45C0B" w:rsidRDefault="00A55B8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5C0B">
              <w:rPr>
                <w:rFonts w:ascii="Times New Roman" w:hAnsi="Times New Roman" w:cs="Times New Roman"/>
                <w:b/>
                <w:color w:val="17365D"/>
                <w:sz w:val="22"/>
                <w:lang w:val="ru-RU"/>
              </w:rPr>
              <w:t>КРАЙНИЙ СРОК РЕГИСТРАЦИИ: 10 НОЯБРЯ 2026 ГОДА</w:t>
            </w:r>
          </w:p>
        </w:tc>
      </w:tr>
    </w:tbl>
    <w:p w14:paraId="68D256B0" w14:textId="77777777" w:rsidR="0098762E" w:rsidRPr="00A45C0B" w:rsidRDefault="00A55B8E">
      <w:pPr>
        <w:rPr>
          <w:rFonts w:ascii="Times New Roman" w:hAnsi="Times New Roman" w:cs="Times New Roman"/>
          <w:lang w:val="ru-RU"/>
        </w:rPr>
      </w:pPr>
      <w:r w:rsidRPr="00A45C0B">
        <w:rPr>
          <w:rFonts w:ascii="Times New Roman" w:hAnsi="Times New Roman" w:cs="Times New Roman"/>
          <w:lang w:val="ru-RU"/>
        </w:rPr>
        <w:br w:type="page"/>
      </w:r>
    </w:p>
    <w:p w14:paraId="68548124" w14:textId="77777777" w:rsidR="0098762E" w:rsidRPr="00445E0A" w:rsidRDefault="00A55B8E">
      <w:pPr>
        <w:keepNext/>
        <w:pBdr>
          <w:bottom w:val="single" w:sz="14" w:space="4" w:color="C7A34A"/>
        </w:pBdr>
        <w:spacing w:before="180" w:after="100"/>
        <w:rPr>
          <w:rFonts w:ascii="Times New Roman" w:hAnsi="Times New Roman" w:cs="Times New Roman"/>
        </w:rPr>
      </w:pPr>
      <w:r w:rsidRPr="00445E0A">
        <w:rPr>
          <w:rFonts w:ascii="Times New Roman" w:hAnsi="Times New Roman" w:cs="Times New Roman"/>
          <w:b/>
          <w:color w:val="17365D"/>
          <w:sz w:val="26"/>
        </w:rPr>
        <w:lastRenderedPageBreak/>
        <w:t>ТРЕБОВАНИЯ К ПРЕЗЕНТАЦИИ И ДОКЛАДЧИКУ</w:t>
      </w:r>
    </w:p>
    <w:tbl>
      <w:tblPr>
        <w:tblW w:w="13032" w:type="dxa"/>
        <w:jc w:val="center"/>
        <w:tblLayout w:type="fixed"/>
        <w:tblLook w:val="04A0" w:firstRow="1" w:lastRow="0" w:firstColumn="1" w:lastColumn="0" w:noHBand="0" w:noVBand="1"/>
      </w:tblPr>
      <w:tblGrid>
        <w:gridCol w:w="1332"/>
        <w:gridCol w:w="2977"/>
        <w:gridCol w:w="8723"/>
      </w:tblGrid>
      <w:tr w:rsidR="0098762E" w:rsidRPr="00445E0A" w14:paraId="0A64524A" w14:textId="77777777" w:rsidTr="00B048D2">
        <w:trPr>
          <w:tblHeader/>
          <w:jc w:val="center"/>
        </w:trPr>
        <w:tc>
          <w:tcPr>
            <w:tcW w:w="1332" w:type="dxa"/>
            <w:tcBorders>
              <w:top w:val="single" w:sz="6" w:space="0" w:color="17365D"/>
              <w:left w:val="single" w:sz="6" w:space="0" w:color="17365D"/>
              <w:bottom w:val="single" w:sz="6" w:space="0" w:color="17365D"/>
              <w:right w:val="single" w:sz="6" w:space="0" w:color="17365D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EB2ECD" w14:textId="77777777" w:rsidR="0098762E" w:rsidRPr="00445E0A" w:rsidRDefault="00A55B8E" w:rsidP="007A4AF7">
            <w:pPr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FFFFFF"/>
                <w:sz w:val="19"/>
              </w:rPr>
              <w:t>№</w:t>
            </w:r>
          </w:p>
        </w:tc>
        <w:tc>
          <w:tcPr>
            <w:tcW w:w="2977" w:type="dxa"/>
            <w:tcBorders>
              <w:top w:val="single" w:sz="6" w:space="0" w:color="17365D"/>
              <w:left w:val="single" w:sz="6" w:space="0" w:color="17365D"/>
              <w:bottom w:val="single" w:sz="6" w:space="0" w:color="17365D"/>
              <w:right w:val="single" w:sz="6" w:space="0" w:color="17365D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6F3774" w14:textId="77777777" w:rsidR="0098762E" w:rsidRPr="00445E0A" w:rsidRDefault="00A55B8E" w:rsidP="007A4AF7">
            <w:pPr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FFFFFF"/>
                <w:sz w:val="19"/>
              </w:rPr>
              <w:t>Критерий</w:t>
            </w:r>
          </w:p>
        </w:tc>
        <w:tc>
          <w:tcPr>
            <w:tcW w:w="8723" w:type="dxa"/>
            <w:tcBorders>
              <w:top w:val="single" w:sz="6" w:space="0" w:color="17365D"/>
              <w:left w:val="single" w:sz="6" w:space="0" w:color="17365D"/>
              <w:bottom w:val="single" w:sz="6" w:space="0" w:color="17365D"/>
              <w:right w:val="single" w:sz="6" w:space="0" w:color="17365D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AF33D6" w14:textId="77777777" w:rsidR="0098762E" w:rsidRPr="00445E0A" w:rsidRDefault="00A55B8E" w:rsidP="007A4AF7">
            <w:pPr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FFFFFF"/>
                <w:sz w:val="19"/>
              </w:rPr>
              <w:t>Содержание требования</w:t>
            </w:r>
          </w:p>
        </w:tc>
      </w:tr>
      <w:tr w:rsidR="0098762E" w:rsidRPr="00A45C0B" w14:paraId="129AD046" w14:textId="77777777" w:rsidTr="00B048D2">
        <w:trPr>
          <w:jc w:val="center"/>
        </w:trPr>
        <w:tc>
          <w:tcPr>
            <w:tcW w:w="1332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EA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B5A78A" w14:textId="77777777" w:rsidR="0098762E" w:rsidRPr="00445E0A" w:rsidRDefault="00A55B8E" w:rsidP="007A4AF7">
            <w:pPr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1</w:t>
            </w:r>
          </w:p>
        </w:tc>
        <w:tc>
          <w:tcPr>
            <w:tcW w:w="2977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F5F8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E93DFC" w14:textId="77777777" w:rsidR="0098762E" w:rsidRPr="00445E0A" w:rsidRDefault="00A55B8E" w:rsidP="007A4AF7">
            <w:pPr>
              <w:rPr>
                <w:rFonts w:ascii="Times New Roman" w:hAnsi="Times New Roman" w:cs="Times New Roman"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17365D"/>
                <w:sz w:val="18"/>
                <w:lang w:val="ru-RU"/>
              </w:rPr>
              <w:t>Актуальность и возможность реализации</w:t>
            </w:r>
          </w:p>
        </w:tc>
        <w:tc>
          <w:tcPr>
            <w:tcW w:w="8723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FBD91E" w14:textId="77777777" w:rsidR="00B048D2" w:rsidRPr="00445E0A" w:rsidRDefault="00A55B8E" w:rsidP="007A4AF7">
            <w:pPr>
              <w:jc w:val="both"/>
              <w:rPr>
                <w:rFonts w:ascii="Times New Roman" w:hAnsi="Times New Roman" w:cs="Times New Roman"/>
                <w:color w:val="263238"/>
                <w:sz w:val="17"/>
                <w:lang w:val="ru-RU"/>
              </w:rPr>
            </w:pPr>
            <w:r w:rsidRPr="00445E0A">
              <w:rPr>
                <w:rFonts w:ascii="Times New Roman" w:hAnsi="Times New Roman" w:cs="Times New Roman"/>
                <w:color w:val="263238"/>
                <w:sz w:val="17"/>
                <w:lang w:val="ru-RU"/>
              </w:rPr>
              <w:t>Возможность реализации с медицинской или социальной точки зрения; аналитические и статистические данные научно-исследовательской работы, идеи или проекта должны быть точными и взаимосогласованными.</w:t>
            </w:r>
          </w:p>
          <w:p w14:paraId="72C5354D" w14:textId="77777777" w:rsidR="0098762E" w:rsidRPr="00445E0A" w:rsidRDefault="0098762E" w:rsidP="007A4AF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8762E" w:rsidRPr="00A45C0B" w14:paraId="0B42968C" w14:textId="77777777" w:rsidTr="00B048D2">
        <w:trPr>
          <w:jc w:val="center"/>
        </w:trPr>
        <w:tc>
          <w:tcPr>
            <w:tcW w:w="1332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EA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34C64D" w14:textId="77777777" w:rsidR="0098762E" w:rsidRPr="00445E0A" w:rsidRDefault="00A55B8E" w:rsidP="007A4AF7">
            <w:pPr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2</w:t>
            </w:r>
          </w:p>
        </w:tc>
        <w:tc>
          <w:tcPr>
            <w:tcW w:w="2977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F5F8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A84CA3" w14:textId="77777777" w:rsidR="0098762E" w:rsidRPr="00445E0A" w:rsidRDefault="00A55B8E" w:rsidP="007A4AF7">
            <w:pPr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17365D"/>
                <w:sz w:val="18"/>
              </w:rPr>
              <w:t>Степень инновационности и новизны</w:t>
            </w:r>
          </w:p>
        </w:tc>
        <w:tc>
          <w:tcPr>
            <w:tcW w:w="8723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11329" w14:textId="77777777" w:rsidR="00B048D2" w:rsidRPr="00A45C0B" w:rsidRDefault="00A55B8E" w:rsidP="007A4AF7">
            <w:pPr>
              <w:jc w:val="both"/>
              <w:rPr>
                <w:rFonts w:ascii="Times New Roman" w:hAnsi="Times New Roman" w:cs="Times New Roman"/>
                <w:color w:val="263238"/>
                <w:sz w:val="17"/>
                <w:lang w:val="ru-RU"/>
              </w:rPr>
            </w:pPr>
            <w:r w:rsidRPr="00A45C0B">
              <w:rPr>
                <w:rFonts w:ascii="Times New Roman" w:hAnsi="Times New Roman" w:cs="Times New Roman"/>
                <w:color w:val="263238"/>
                <w:sz w:val="17"/>
                <w:lang w:val="ru-RU"/>
              </w:rPr>
              <w:t>Научно-исследовательская работа, идея или проект должны отличаться новизной и оригинальностью по сравнению с существующей практикой и теорией и предлагать инновационное решение актуальных проблем.</w:t>
            </w:r>
          </w:p>
          <w:p w14:paraId="1298CECF" w14:textId="77777777" w:rsidR="0098762E" w:rsidRPr="00445E0A" w:rsidRDefault="0098762E" w:rsidP="007A4AF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8762E" w:rsidRPr="00A45C0B" w14:paraId="29AEE8EE" w14:textId="77777777" w:rsidTr="00445E0A">
        <w:trPr>
          <w:trHeight w:val="512"/>
          <w:jc w:val="center"/>
        </w:trPr>
        <w:tc>
          <w:tcPr>
            <w:tcW w:w="1332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EA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963DF2" w14:textId="77777777" w:rsidR="0098762E" w:rsidRPr="00445E0A" w:rsidRDefault="00A55B8E" w:rsidP="007A4AF7">
            <w:pPr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3</w:t>
            </w:r>
          </w:p>
        </w:tc>
        <w:tc>
          <w:tcPr>
            <w:tcW w:w="2977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F5F8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D33285" w14:textId="77777777" w:rsidR="0098762E" w:rsidRPr="00445E0A" w:rsidRDefault="00A55B8E" w:rsidP="007A4AF7">
            <w:pPr>
              <w:rPr>
                <w:rFonts w:ascii="Times New Roman" w:hAnsi="Times New Roman" w:cs="Times New Roman"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17365D"/>
                <w:sz w:val="18"/>
                <w:lang w:val="ru-RU"/>
              </w:rPr>
              <w:t>Результаты апробации и медико-практическая, медико-социальная эффективность</w:t>
            </w:r>
          </w:p>
        </w:tc>
        <w:tc>
          <w:tcPr>
            <w:tcW w:w="8723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460EB4" w14:textId="77777777" w:rsidR="0098762E" w:rsidRPr="00445E0A" w:rsidRDefault="00A55B8E" w:rsidP="007A4AF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45E0A">
              <w:rPr>
                <w:rFonts w:ascii="Times New Roman" w:hAnsi="Times New Roman" w:cs="Times New Roman"/>
                <w:color w:val="263238"/>
                <w:sz w:val="17"/>
                <w:lang w:val="ru-RU"/>
              </w:rPr>
              <w:t>Работа должна пройти лабораторную или социальную апробацию.</w:t>
            </w:r>
          </w:p>
        </w:tc>
      </w:tr>
      <w:tr w:rsidR="0098762E" w:rsidRPr="00A45C0B" w14:paraId="47122900" w14:textId="77777777" w:rsidTr="00B048D2">
        <w:trPr>
          <w:jc w:val="center"/>
        </w:trPr>
        <w:tc>
          <w:tcPr>
            <w:tcW w:w="1332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EA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ACEA0" w14:textId="77777777" w:rsidR="0098762E" w:rsidRPr="00445E0A" w:rsidRDefault="00A55B8E" w:rsidP="007A4AF7">
            <w:pPr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4</w:t>
            </w:r>
          </w:p>
        </w:tc>
        <w:tc>
          <w:tcPr>
            <w:tcW w:w="2977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F5F8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4593A3" w14:textId="77777777" w:rsidR="0098762E" w:rsidRPr="00445E0A" w:rsidRDefault="00A55B8E" w:rsidP="007A4AF7">
            <w:pPr>
              <w:rPr>
                <w:rFonts w:ascii="Times New Roman" w:hAnsi="Times New Roman" w:cs="Times New Roman"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17365D"/>
                <w:sz w:val="18"/>
                <w:lang w:val="ru-RU"/>
              </w:rPr>
              <w:t>Научная обоснованность и работа с научной литературой</w:t>
            </w:r>
          </w:p>
        </w:tc>
        <w:tc>
          <w:tcPr>
            <w:tcW w:w="8723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DA0F1" w14:textId="77777777" w:rsidR="00B048D2" w:rsidRPr="00445E0A" w:rsidRDefault="00A55B8E" w:rsidP="007A4AF7">
            <w:pPr>
              <w:jc w:val="both"/>
              <w:rPr>
                <w:rFonts w:ascii="Times New Roman" w:hAnsi="Times New Roman" w:cs="Times New Roman"/>
                <w:color w:val="263238"/>
                <w:sz w:val="17"/>
                <w:lang w:val="ru-RU"/>
              </w:rPr>
            </w:pPr>
            <w:r w:rsidRPr="00445E0A">
              <w:rPr>
                <w:rFonts w:ascii="Times New Roman" w:hAnsi="Times New Roman" w:cs="Times New Roman"/>
                <w:color w:val="263238"/>
                <w:sz w:val="17"/>
                <w:lang w:val="ru-RU"/>
              </w:rPr>
              <w:t>Научно-исследовательская работа, идея или проект должны быть теоретически и практически обоснованы научными данными; необходимо привести технические характеристики, сведения из научной литературы и статистические данные.</w:t>
            </w:r>
          </w:p>
          <w:p w14:paraId="3A541764" w14:textId="77777777" w:rsidR="0098762E" w:rsidRPr="00445E0A" w:rsidRDefault="0098762E" w:rsidP="007A4AF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8762E" w:rsidRPr="00A45C0B" w14:paraId="07FE9104" w14:textId="77777777" w:rsidTr="00B048D2">
        <w:trPr>
          <w:jc w:val="center"/>
        </w:trPr>
        <w:tc>
          <w:tcPr>
            <w:tcW w:w="1332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EA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BBBE64" w14:textId="77777777" w:rsidR="0098762E" w:rsidRPr="00445E0A" w:rsidRDefault="00A55B8E" w:rsidP="007A4AF7">
            <w:pPr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5</w:t>
            </w:r>
          </w:p>
        </w:tc>
        <w:tc>
          <w:tcPr>
            <w:tcW w:w="2977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F5F8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83D08E" w14:textId="77777777" w:rsidR="0098762E" w:rsidRPr="00445E0A" w:rsidRDefault="00A55B8E" w:rsidP="007A4AF7">
            <w:pPr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17365D"/>
                <w:sz w:val="18"/>
              </w:rPr>
              <w:t>Вопросы и ответы</w:t>
            </w:r>
          </w:p>
        </w:tc>
        <w:tc>
          <w:tcPr>
            <w:tcW w:w="8723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E4A357" w14:textId="77777777" w:rsidR="00B048D2" w:rsidRPr="00445E0A" w:rsidRDefault="00A55B8E" w:rsidP="007A4AF7">
            <w:pPr>
              <w:jc w:val="both"/>
              <w:rPr>
                <w:rFonts w:ascii="Times New Roman" w:hAnsi="Times New Roman" w:cs="Times New Roman"/>
                <w:color w:val="263238"/>
                <w:sz w:val="17"/>
                <w:lang w:val="ru-RU"/>
              </w:rPr>
            </w:pPr>
            <w:r w:rsidRPr="00445E0A">
              <w:rPr>
                <w:rFonts w:ascii="Times New Roman" w:hAnsi="Times New Roman" w:cs="Times New Roman"/>
                <w:color w:val="263238"/>
                <w:sz w:val="17"/>
                <w:lang w:val="ru-RU"/>
              </w:rPr>
              <w:t>Участник должен давать научно и практически обоснованные ответы на вопросы членов конкурсной комиссии.</w:t>
            </w:r>
          </w:p>
          <w:p w14:paraId="685B0C95" w14:textId="77777777" w:rsidR="0098762E" w:rsidRPr="00445E0A" w:rsidRDefault="0098762E" w:rsidP="007A4AF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8762E" w:rsidRPr="00A45C0B" w14:paraId="057060CF" w14:textId="77777777" w:rsidTr="00B048D2">
        <w:trPr>
          <w:jc w:val="center"/>
        </w:trPr>
        <w:tc>
          <w:tcPr>
            <w:tcW w:w="1332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EAF3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0DF49C" w14:textId="77777777" w:rsidR="0098762E" w:rsidRPr="00445E0A" w:rsidRDefault="00A55B8E" w:rsidP="007A4AF7">
            <w:pPr>
              <w:jc w:val="center"/>
              <w:rPr>
                <w:rFonts w:ascii="Times New Roman" w:hAnsi="Times New Roman" w:cs="Times New Roman"/>
              </w:rPr>
            </w:pPr>
            <w:r w:rsidRPr="00445E0A">
              <w:rPr>
                <w:rFonts w:ascii="Times New Roman" w:hAnsi="Times New Roman" w:cs="Times New Roman"/>
                <w:b/>
                <w:color w:val="2E75B6"/>
                <w:sz w:val="20"/>
              </w:rPr>
              <w:t>6</w:t>
            </w:r>
          </w:p>
        </w:tc>
        <w:tc>
          <w:tcPr>
            <w:tcW w:w="2977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shd w:val="clear" w:color="auto" w:fill="F5F8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6DDA50" w14:textId="77777777" w:rsidR="0098762E" w:rsidRPr="00445E0A" w:rsidRDefault="00A55B8E" w:rsidP="007A4AF7">
            <w:pPr>
              <w:rPr>
                <w:rFonts w:ascii="Times New Roman" w:hAnsi="Times New Roman" w:cs="Times New Roman"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17365D"/>
                <w:sz w:val="18"/>
                <w:lang w:val="ru-RU"/>
              </w:rPr>
              <w:t>Качество презентации и представление проекта</w:t>
            </w:r>
          </w:p>
        </w:tc>
        <w:tc>
          <w:tcPr>
            <w:tcW w:w="8723" w:type="dxa"/>
            <w:tcBorders>
              <w:top w:val="single" w:sz="5" w:space="0" w:color="D8E3EC"/>
              <w:left w:val="single" w:sz="5" w:space="0" w:color="D8E3EC"/>
              <w:bottom w:val="single" w:sz="5" w:space="0" w:color="D8E3EC"/>
              <w:right w:val="single" w:sz="5" w:space="0" w:color="D8E3EC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5D2080" w14:textId="77777777" w:rsidR="00B048D2" w:rsidRPr="00445E0A" w:rsidRDefault="00A55B8E" w:rsidP="007A4AF7">
            <w:pPr>
              <w:jc w:val="both"/>
              <w:rPr>
                <w:rFonts w:ascii="Times New Roman" w:hAnsi="Times New Roman" w:cs="Times New Roman"/>
                <w:color w:val="263238"/>
                <w:sz w:val="17"/>
                <w:lang w:val="ru-RU"/>
              </w:rPr>
            </w:pPr>
            <w:r w:rsidRPr="00445E0A">
              <w:rPr>
                <w:rFonts w:ascii="Times New Roman" w:hAnsi="Times New Roman" w:cs="Times New Roman"/>
                <w:color w:val="263238"/>
                <w:sz w:val="17"/>
                <w:lang w:val="ru-RU"/>
              </w:rPr>
              <w:t>Работа должна быть изложена четко, понятно и логично; визуальная презентация должна быть качественной и включать инфографику, диаграммы и схемы.</w:t>
            </w:r>
          </w:p>
          <w:p w14:paraId="7AB4CED9" w14:textId="77777777" w:rsidR="0098762E" w:rsidRPr="00445E0A" w:rsidRDefault="0098762E" w:rsidP="007A4AF7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33E8FFC" w14:textId="77777777" w:rsidR="0098762E" w:rsidRPr="00A45C0B" w:rsidRDefault="00A55B8E">
      <w:pPr>
        <w:spacing w:before="120" w:after="0" w:line="252" w:lineRule="auto"/>
        <w:rPr>
          <w:rFonts w:ascii="Times New Roman" w:hAnsi="Times New Roman" w:cs="Times New Roman"/>
          <w:b/>
          <w:color w:val="002060"/>
          <w:lang w:val="ru-RU"/>
        </w:rPr>
      </w:pPr>
      <w:r w:rsidRPr="00445E0A">
        <w:rPr>
          <w:rFonts w:ascii="Times New Roman" w:hAnsi="Times New Roman" w:cs="Times New Roman"/>
          <w:b/>
          <w:color w:val="002060"/>
          <w:sz w:val="18"/>
          <w:lang w:val="ru-RU"/>
        </w:rPr>
        <w:t>При оценивании учитываются грамотность, точность представленных данных и общий академический уровень презентации.</w:t>
      </w:r>
    </w:p>
    <w:p w14:paraId="52268585" w14:textId="77777777" w:rsidR="0098762E" w:rsidRPr="00A45C0B" w:rsidRDefault="00A55B8E">
      <w:pPr>
        <w:rPr>
          <w:rFonts w:ascii="Times New Roman" w:hAnsi="Times New Roman" w:cs="Times New Roman"/>
          <w:color w:val="002060"/>
          <w:lang w:val="ru-RU"/>
        </w:rPr>
      </w:pPr>
      <w:r w:rsidRPr="00A45C0B">
        <w:rPr>
          <w:rFonts w:ascii="Times New Roman" w:hAnsi="Times New Roman" w:cs="Times New Roman"/>
          <w:color w:val="002060"/>
          <w:lang w:val="ru-RU"/>
        </w:rPr>
        <w:br w:type="page"/>
      </w:r>
    </w:p>
    <w:p w14:paraId="2ADD2A64" w14:textId="77777777" w:rsidR="0098762E" w:rsidRPr="00445E0A" w:rsidRDefault="00A55B8E">
      <w:pPr>
        <w:keepNext/>
        <w:pBdr>
          <w:bottom w:val="single" w:sz="14" w:space="4" w:color="C7A34A"/>
        </w:pBdr>
        <w:spacing w:before="180" w:after="100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b/>
          <w:color w:val="17365D"/>
          <w:sz w:val="26"/>
          <w:lang w:val="ru-RU"/>
        </w:rPr>
        <w:lastRenderedPageBreak/>
        <w:t>ОРГАНИЗАЦИОННАЯ ИНФОРМАЦИЯ</w:t>
      </w:r>
    </w:p>
    <w:p w14:paraId="01B00776" w14:textId="77777777" w:rsidR="0098762E" w:rsidRPr="00445E0A" w:rsidRDefault="00A55B8E">
      <w:pPr>
        <w:spacing w:after="100" w:line="252" w:lineRule="auto"/>
        <w:jc w:val="both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color w:val="263238"/>
          <w:lang w:val="ru-RU"/>
        </w:rPr>
        <w:t>Программа конференции будет направлена в Telegram-группу после завершения регистрации.</w:t>
      </w:r>
    </w:p>
    <w:p w14:paraId="591AF822" w14:textId="77777777" w:rsidR="0098762E" w:rsidRPr="00445E0A" w:rsidRDefault="00A55B8E">
      <w:pPr>
        <w:spacing w:after="100" w:line="252" w:lineRule="auto"/>
        <w:jc w:val="both"/>
        <w:rPr>
          <w:rFonts w:ascii="Times New Roman" w:hAnsi="Times New Roman" w:cs="Times New Roman"/>
          <w:lang w:val="ru-RU"/>
        </w:rPr>
      </w:pPr>
      <w:r w:rsidRPr="00445E0A">
        <w:rPr>
          <w:rFonts w:ascii="Times New Roman" w:hAnsi="Times New Roman" w:cs="Times New Roman"/>
          <w:color w:val="263238"/>
          <w:lang w:val="ru-RU"/>
        </w:rPr>
        <w:t>Мы ценим ваш интерес и сотрудничество и будем рады предложениям и идеям в области инноваций и проектов профессионального сотрудничества.</w:t>
      </w:r>
    </w:p>
    <w:p w14:paraId="7AAE0804" w14:textId="77777777" w:rsidR="0098762E" w:rsidRPr="00445E0A" w:rsidRDefault="00A55B8E">
      <w:pPr>
        <w:keepNext/>
        <w:pBdr>
          <w:bottom w:val="single" w:sz="14" w:space="4" w:color="C7A34A"/>
        </w:pBdr>
        <w:spacing w:before="180" w:after="100"/>
        <w:rPr>
          <w:rFonts w:ascii="Times New Roman" w:hAnsi="Times New Roman" w:cs="Times New Roman"/>
        </w:rPr>
      </w:pPr>
      <w:r w:rsidRPr="00445E0A">
        <w:rPr>
          <w:rFonts w:ascii="Times New Roman" w:hAnsi="Times New Roman" w:cs="Times New Roman"/>
          <w:b/>
          <w:color w:val="17365D"/>
          <w:sz w:val="26"/>
        </w:rPr>
        <w:t>КОНТАКТЫ ОРГАНИЗАТОРОВ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08"/>
        <w:gridCol w:w="1800"/>
      </w:tblGrid>
      <w:tr w:rsidR="007A4AF7" w:rsidRPr="00445E0A" w14:paraId="79702BB6" w14:textId="77777777">
        <w:trPr>
          <w:jc w:val="center"/>
        </w:trPr>
        <w:tc>
          <w:tcPr>
            <w:tcW w:w="8208" w:type="dxa"/>
            <w:tcBorders>
              <w:top w:val="single" w:sz="5" w:space="0" w:color="DCE6ED"/>
              <w:left w:val="single" w:sz="5" w:space="0" w:color="DCE6ED"/>
              <w:bottom w:val="single" w:sz="5" w:space="0" w:color="DCE6ED"/>
              <w:right w:val="single" w:sz="5" w:space="0" w:color="DCE6ED"/>
            </w:tcBorders>
            <w:shd w:val="clear" w:color="auto" w:fill="F5F8FB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176863B" w14:textId="77777777" w:rsidR="0098762E" w:rsidRPr="00445E0A" w:rsidRDefault="00A55B8E">
            <w:pPr>
              <w:spacing w:after="40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 xml:space="preserve">Якубова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>Мархамат</w:t>
            </w:r>
            <w:proofErr w:type="spellEnd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 xml:space="preserve">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>Миракрамовна</w:t>
            </w:r>
            <w:proofErr w:type="spellEnd"/>
          </w:p>
          <w:p w14:paraId="3B0833D1" w14:textId="77777777" w:rsidR="0098762E" w:rsidRPr="00445E0A" w:rsidRDefault="00A55B8E">
            <w:pPr>
              <w:spacing w:after="0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002060"/>
                <w:sz w:val="17"/>
                <w:lang w:val="ru-RU"/>
              </w:rPr>
              <w:t>профессор кафедры неврологии и медицинской психологии ТГМУ, д.м.н.; руководитель «Школы молодых неврологов»</w:t>
            </w:r>
          </w:p>
        </w:tc>
        <w:tc>
          <w:tcPr>
            <w:tcW w:w="1800" w:type="dxa"/>
            <w:tcBorders>
              <w:top w:val="single" w:sz="5" w:space="0" w:color="DCE6ED"/>
              <w:left w:val="single" w:sz="5" w:space="0" w:color="DCE6ED"/>
              <w:bottom w:val="single" w:sz="5" w:space="0" w:color="DCE6ED"/>
              <w:right w:val="single" w:sz="5" w:space="0" w:color="DCE6ED"/>
            </w:tcBorders>
            <w:shd w:val="clear" w:color="auto" w:fill="F5F8FB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4B89D1D" w14:textId="77777777" w:rsidR="0098762E" w:rsidRPr="00445E0A" w:rsidRDefault="00A55B8E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445E0A">
              <w:rPr>
                <w:rFonts w:ascii="Times New Roman" w:hAnsi="Times New Roman" w:cs="Times New Roman"/>
                <w:b/>
                <w:color w:val="002060"/>
                <w:sz w:val="18"/>
              </w:rPr>
              <w:t>+998 94 603 84 69</w:t>
            </w:r>
          </w:p>
        </w:tc>
      </w:tr>
    </w:tbl>
    <w:p w14:paraId="5F49DE93" w14:textId="77777777" w:rsidR="0098762E" w:rsidRPr="00445E0A" w:rsidRDefault="0098762E">
      <w:pPr>
        <w:spacing w:after="20"/>
        <w:rPr>
          <w:rFonts w:ascii="Times New Roman" w:hAnsi="Times New Roman" w:cs="Times New Roman"/>
          <w:b/>
          <w:color w:val="00206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08"/>
        <w:gridCol w:w="1800"/>
      </w:tblGrid>
      <w:tr w:rsidR="007A4AF7" w:rsidRPr="00445E0A" w14:paraId="58ED1DA3" w14:textId="77777777">
        <w:trPr>
          <w:jc w:val="center"/>
        </w:trPr>
        <w:tc>
          <w:tcPr>
            <w:tcW w:w="8208" w:type="dxa"/>
            <w:tcBorders>
              <w:top w:val="single" w:sz="5" w:space="0" w:color="DCE6ED"/>
              <w:left w:val="single" w:sz="5" w:space="0" w:color="DCE6ED"/>
              <w:bottom w:val="single" w:sz="5" w:space="0" w:color="DCE6ED"/>
              <w:right w:val="single" w:sz="5" w:space="0" w:color="DCE6ED"/>
            </w:tcBorders>
            <w:shd w:val="clear" w:color="auto" w:fill="F5F8FB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FEC982D" w14:textId="77777777" w:rsidR="0098762E" w:rsidRPr="00445E0A" w:rsidRDefault="00A55B8E">
            <w:pPr>
              <w:spacing w:after="40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proofErr w:type="spellStart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>Маллаев</w:t>
            </w:r>
            <w:proofErr w:type="spellEnd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 xml:space="preserve">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>Файзуллох</w:t>
            </w:r>
            <w:proofErr w:type="spellEnd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 xml:space="preserve">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>Сохибжонович</w:t>
            </w:r>
            <w:proofErr w:type="spellEnd"/>
          </w:p>
          <w:p w14:paraId="2296C9F8" w14:textId="77777777" w:rsidR="0098762E" w:rsidRPr="00445E0A" w:rsidRDefault="00A55B8E">
            <w:pPr>
              <w:spacing w:after="0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002060"/>
                <w:sz w:val="17"/>
                <w:lang w:val="ru-RU"/>
              </w:rPr>
              <w:t>ассистент кафедры неврологии и медицинской психологии ТГМУ; секретарь конференции</w:t>
            </w:r>
          </w:p>
        </w:tc>
        <w:tc>
          <w:tcPr>
            <w:tcW w:w="1800" w:type="dxa"/>
            <w:tcBorders>
              <w:top w:val="single" w:sz="5" w:space="0" w:color="DCE6ED"/>
              <w:left w:val="single" w:sz="5" w:space="0" w:color="DCE6ED"/>
              <w:bottom w:val="single" w:sz="5" w:space="0" w:color="DCE6ED"/>
              <w:right w:val="single" w:sz="5" w:space="0" w:color="DCE6ED"/>
            </w:tcBorders>
            <w:shd w:val="clear" w:color="auto" w:fill="F5F8FB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DCEFDD9" w14:textId="77777777" w:rsidR="0098762E" w:rsidRPr="00445E0A" w:rsidRDefault="00A55B8E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445E0A">
              <w:rPr>
                <w:rFonts w:ascii="Times New Roman" w:hAnsi="Times New Roman" w:cs="Times New Roman"/>
                <w:b/>
                <w:color w:val="002060"/>
                <w:sz w:val="18"/>
              </w:rPr>
              <w:t>+998 93 401 02 34</w:t>
            </w:r>
          </w:p>
        </w:tc>
      </w:tr>
    </w:tbl>
    <w:p w14:paraId="1B96CBB6" w14:textId="77777777" w:rsidR="0098762E" w:rsidRPr="00445E0A" w:rsidRDefault="0098762E">
      <w:pPr>
        <w:spacing w:after="20"/>
        <w:rPr>
          <w:rFonts w:ascii="Times New Roman" w:hAnsi="Times New Roman" w:cs="Times New Roman"/>
          <w:b/>
          <w:color w:val="00206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08"/>
        <w:gridCol w:w="1800"/>
      </w:tblGrid>
      <w:tr w:rsidR="007A4AF7" w:rsidRPr="00445E0A" w14:paraId="2C7917BB" w14:textId="77777777">
        <w:trPr>
          <w:jc w:val="center"/>
        </w:trPr>
        <w:tc>
          <w:tcPr>
            <w:tcW w:w="8208" w:type="dxa"/>
            <w:tcBorders>
              <w:top w:val="single" w:sz="5" w:space="0" w:color="DCE6ED"/>
              <w:left w:val="single" w:sz="5" w:space="0" w:color="DCE6ED"/>
              <w:bottom w:val="single" w:sz="5" w:space="0" w:color="DCE6ED"/>
              <w:right w:val="single" w:sz="5" w:space="0" w:color="DCE6ED"/>
            </w:tcBorders>
            <w:shd w:val="clear" w:color="auto" w:fill="F5F8FB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311C243" w14:textId="77777777" w:rsidR="0098762E" w:rsidRPr="00445E0A" w:rsidRDefault="00A55B8E">
            <w:pPr>
              <w:spacing w:after="40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 xml:space="preserve">Расулова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>Муниса</w:t>
            </w:r>
            <w:proofErr w:type="spellEnd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 xml:space="preserve"> </w:t>
            </w:r>
            <w:proofErr w:type="spellStart"/>
            <w:r w:rsidRPr="00445E0A">
              <w:rPr>
                <w:rFonts w:ascii="Times New Roman" w:hAnsi="Times New Roman" w:cs="Times New Roman"/>
                <w:b/>
                <w:color w:val="002060"/>
                <w:sz w:val="20"/>
                <w:lang w:val="ru-RU"/>
              </w:rPr>
              <w:t>Бахтияровна</w:t>
            </w:r>
            <w:proofErr w:type="spellEnd"/>
          </w:p>
          <w:p w14:paraId="5B564035" w14:textId="77777777" w:rsidR="0098762E" w:rsidRPr="00445E0A" w:rsidRDefault="00A55B8E">
            <w:pPr>
              <w:spacing w:after="0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445E0A">
              <w:rPr>
                <w:rFonts w:ascii="Times New Roman" w:hAnsi="Times New Roman" w:cs="Times New Roman"/>
                <w:b/>
                <w:color w:val="002060"/>
                <w:sz w:val="17"/>
                <w:lang w:val="ru-RU"/>
              </w:rPr>
              <w:t>ассистент кафедры неврологии и медицинской психологии ТГМУ</w:t>
            </w:r>
          </w:p>
        </w:tc>
        <w:tc>
          <w:tcPr>
            <w:tcW w:w="1800" w:type="dxa"/>
            <w:tcBorders>
              <w:top w:val="single" w:sz="5" w:space="0" w:color="DCE6ED"/>
              <w:left w:val="single" w:sz="5" w:space="0" w:color="DCE6ED"/>
              <w:bottom w:val="single" w:sz="5" w:space="0" w:color="DCE6ED"/>
              <w:right w:val="single" w:sz="5" w:space="0" w:color="DCE6ED"/>
            </w:tcBorders>
            <w:shd w:val="clear" w:color="auto" w:fill="F5F8FB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6EA101E" w14:textId="77777777" w:rsidR="0098762E" w:rsidRPr="00445E0A" w:rsidRDefault="00A55B8E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445E0A">
              <w:rPr>
                <w:rFonts w:ascii="Times New Roman" w:hAnsi="Times New Roman" w:cs="Times New Roman"/>
                <w:b/>
                <w:color w:val="002060"/>
                <w:sz w:val="18"/>
              </w:rPr>
              <w:t>+998 91 192 03 01</w:t>
            </w:r>
          </w:p>
        </w:tc>
      </w:tr>
    </w:tbl>
    <w:p w14:paraId="3C9029B1" w14:textId="77777777" w:rsidR="0098762E" w:rsidRPr="00445E0A" w:rsidRDefault="0098762E">
      <w:pPr>
        <w:spacing w:after="20"/>
        <w:rPr>
          <w:rFonts w:ascii="Times New Roman" w:hAnsi="Times New Roman" w:cs="Times New Roman"/>
        </w:rPr>
      </w:pPr>
    </w:p>
    <w:p w14:paraId="019C2D18" w14:textId="77777777" w:rsidR="0098762E" w:rsidRPr="00445E0A" w:rsidRDefault="00A55B8E">
      <w:pPr>
        <w:keepNext/>
        <w:pBdr>
          <w:bottom w:val="single" w:sz="14" w:space="4" w:color="C7A34A"/>
        </w:pBdr>
        <w:spacing w:before="180" w:after="100"/>
        <w:rPr>
          <w:rFonts w:ascii="Times New Roman" w:hAnsi="Times New Roman" w:cs="Times New Roman"/>
        </w:rPr>
      </w:pPr>
      <w:r w:rsidRPr="00445E0A">
        <w:rPr>
          <w:rFonts w:ascii="Times New Roman" w:hAnsi="Times New Roman" w:cs="Times New Roman"/>
          <w:b/>
          <w:color w:val="17365D"/>
          <w:sz w:val="26"/>
        </w:rPr>
        <w:t>АДРЕС</w:t>
      </w:r>
    </w:p>
    <w:p w14:paraId="5F7A9143" w14:textId="77777777" w:rsidR="0098762E" w:rsidRPr="00445E0A" w:rsidRDefault="00A55B8E">
      <w:pPr>
        <w:spacing w:after="100" w:line="252" w:lineRule="auto"/>
        <w:rPr>
          <w:rFonts w:ascii="Times New Roman" w:hAnsi="Times New Roman" w:cs="Times New Roman"/>
        </w:rPr>
      </w:pPr>
      <w:r w:rsidRPr="00445E0A">
        <w:rPr>
          <w:rFonts w:ascii="Times New Roman" w:hAnsi="Times New Roman" w:cs="Times New Roman"/>
          <w:color w:val="263238"/>
          <w:sz w:val="20"/>
          <w:lang w:val="ru-RU"/>
        </w:rPr>
        <w:t>100109, Республика Узбекистан, г. Ташкент, ул. Фараби, 2.</w:t>
      </w:r>
      <w:r w:rsidRPr="00445E0A">
        <w:rPr>
          <w:rFonts w:ascii="Times New Roman" w:hAnsi="Times New Roman" w:cs="Times New Roman"/>
          <w:color w:val="263238"/>
          <w:sz w:val="20"/>
          <w:lang w:val="ru-RU"/>
        </w:rPr>
        <w:br/>
        <w:t>Тел.: +998 78 150 78 25   •   Факс: +998 78 150 78 28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98762E" w:rsidRPr="00A45C0B" w14:paraId="7E3A2FAD" w14:textId="77777777">
        <w:tc>
          <w:tcPr>
            <w:tcW w:w="10368" w:type="dxa"/>
            <w:tcBorders>
              <w:top w:val="single" w:sz="8" w:space="0" w:color="17365D"/>
              <w:left w:val="single" w:sz="8" w:space="0" w:color="17365D"/>
              <w:bottom w:val="single" w:sz="8" w:space="0" w:color="17365D"/>
              <w:right w:val="single" w:sz="8" w:space="0" w:color="17365D"/>
            </w:tcBorders>
            <w:shd w:val="clear" w:color="auto" w:fill="17365D"/>
            <w:tcMar>
              <w:top w:w="150" w:type="dxa"/>
              <w:left w:w="160" w:type="dxa"/>
              <w:bottom w:w="150" w:type="dxa"/>
              <w:right w:w="160" w:type="dxa"/>
            </w:tcMar>
          </w:tcPr>
          <w:p w14:paraId="7C23A33C" w14:textId="77777777" w:rsidR="0098762E" w:rsidRPr="00A45C0B" w:rsidRDefault="00A55B8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5C0B">
              <w:rPr>
                <w:rFonts w:ascii="Times New Roman" w:hAnsi="Times New Roman" w:cs="Times New Roman"/>
                <w:b/>
                <w:color w:val="FFFFFF"/>
                <w:sz w:val="24"/>
                <w:lang w:val="ru-RU"/>
              </w:rPr>
              <w:t>БУДЕМ РАДЫ ВИДЕТЬ ВАС НА НАШЕЙ КОНФЕРЕНЦИИ!</w:t>
            </w:r>
          </w:p>
        </w:tc>
      </w:tr>
    </w:tbl>
    <w:p w14:paraId="1943FBDB" w14:textId="77777777" w:rsidR="00A55B8E" w:rsidRPr="00A45C0B" w:rsidRDefault="00A55B8E">
      <w:pPr>
        <w:rPr>
          <w:rFonts w:ascii="Times New Roman" w:hAnsi="Times New Roman" w:cs="Times New Roman"/>
          <w:lang w:val="ru-RU"/>
        </w:rPr>
      </w:pPr>
    </w:p>
    <w:sectPr w:rsidR="00A55B8E" w:rsidRPr="00A45C0B" w:rsidSect="00034616">
      <w:footerReference w:type="even" r:id="rId12"/>
      <w:footerReference w:type="default" r:id="rId13"/>
      <w:footerReference w:type="first" r:id="rId14"/>
      <w:pgSz w:w="12240" w:h="15840"/>
      <w:pgMar w:top="792" w:right="936" w:bottom="792" w:left="93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B3C0B" w14:textId="77777777" w:rsidR="00E65922" w:rsidRDefault="00E65922">
      <w:pPr>
        <w:spacing w:after="0" w:line="240" w:lineRule="auto"/>
      </w:pPr>
      <w:r>
        <w:separator/>
      </w:r>
    </w:p>
  </w:endnote>
  <w:endnote w:type="continuationSeparator" w:id="0">
    <w:p w14:paraId="22EDB37D" w14:textId="77777777" w:rsidR="00E65922" w:rsidRDefault="00E65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D2AC" w14:textId="77777777" w:rsidR="00EA3C48" w:rsidRDefault="00EA3C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1410" w14:textId="77777777" w:rsidR="0098762E" w:rsidRDefault="00A55B8E">
    <w:pPr>
      <w:pStyle w:val="a7"/>
      <w:jc w:val="center"/>
    </w:pPr>
    <w:r>
      <w:rPr>
        <w:color w:val="5F6B76"/>
        <w:sz w:val="16"/>
      </w:rPr>
      <w:t xml:space="preserve">ТАШКЕНТСКИЙ ГОСУДАРСТВЕННЫЙ МЕДИЦИНСКИЙ УНИВЕРСИТЕТ   •   27 НОЯБРЯ 2026     |     </w:t>
    </w:r>
    <w:r>
      <w:fldChar w:fldCharType="begin"/>
    </w:r>
    <w:r>
      <w:instrText>PAGE</w:instrText>
    </w:r>
    <w:r>
      <w:fldChar w:fldCharType="separate"/>
    </w:r>
    <w:r w:rsidR="00445E0A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CCB96" w14:textId="77777777" w:rsidR="00EA3C48" w:rsidRDefault="00EA3C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F1DC0" w14:textId="77777777" w:rsidR="00E65922" w:rsidRDefault="00E65922">
      <w:pPr>
        <w:spacing w:after="0" w:line="240" w:lineRule="auto"/>
      </w:pPr>
      <w:r>
        <w:separator/>
      </w:r>
    </w:p>
  </w:footnote>
  <w:footnote w:type="continuationSeparator" w:id="0">
    <w:p w14:paraId="5BA424F2" w14:textId="77777777" w:rsidR="00E65922" w:rsidRDefault="00E65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3197704">
    <w:abstractNumId w:val="8"/>
  </w:num>
  <w:num w:numId="2" w16cid:durableId="618687203">
    <w:abstractNumId w:val="6"/>
  </w:num>
  <w:num w:numId="3" w16cid:durableId="1131283701">
    <w:abstractNumId w:val="5"/>
  </w:num>
  <w:num w:numId="4" w16cid:durableId="1486170130">
    <w:abstractNumId w:val="4"/>
  </w:num>
  <w:num w:numId="5" w16cid:durableId="1099134368">
    <w:abstractNumId w:val="7"/>
  </w:num>
  <w:num w:numId="6" w16cid:durableId="1374385147">
    <w:abstractNumId w:val="3"/>
  </w:num>
  <w:num w:numId="7" w16cid:durableId="1290673024">
    <w:abstractNumId w:val="2"/>
  </w:num>
  <w:num w:numId="8" w16cid:durableId="1586501646">
    <w:abstractNumId w:val="1"/>
  </w:num>
  <w:num w:numId="9" w16cid:durableId="6746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CC7"/>
    <w:rsid w:val="0006063C"/>
    <w:rsid w:val="0015074B"/>
    <w:rsid w:val="0029639D"/>
    <w:rsid w:val="002D3F48"/>
    <w:rsid w:val="00326F90"/>
    <w:rsid w:val="003B1312"/>
    <w:rsid w:val="00445E0A"/>
    <w:rsid w:val="007A4AF7"/>
    <w:rsid w:val="00935133"/>
    <w:rsid w:val="0098762E"/>
    <w:rsid w:val="00A45C0B"/>
    <w:rsid w:val="00A55B8E"/>
    <w:rsid w:val="00AA1D8D"/>
    <w:rsid w:val="00B048D2"/>
    <w:rsid w:val="00B47730"/>
    <w:rsid w:val="00CB0664"/>
    <w:rsid w:val="00D00DF0"/>
    <w:rsid w:val="00E65922"/>
    <w:rsid w:val="00EA3C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5C89D"/>
  <w14:defaultImageDpi w14:val="300"/>
  <w15:docId w15:val="{15B322CB-CDE1-4149-8EC6-9954CAF5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ptos" w:eastAsia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7A4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7A4AF7"/>
    <w:rPr>
      <w:rFonts w:ascii="Tahoma" w:eastAsia="Aptos" w:hAnsi="Tahoma" w:cs="Tahoma"/>
      <w:sz w:val="16"/>
      <w:szCs w:val="16"/>
    </w:rPr>
  </w:style>
  <w:style w:type="character" w:styleId="affa">
    <w:name w:val="Hyperlink"/>
    <w:basedOn w:val="a2"/>
    <w:uiPriority w:val="99"/>
    <w:unhideWhenUsed/>
    <w:rsid w:val="00A45C0B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A45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ShgChzAsbhyCNWrh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08506D-E3AA-422B-BA52-28BE83788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— «Актуальные проблемы неврологии»</dc:title>
  <dc:subject>«Ёш неврологлар мактаби»нинг 16 йиллигига бағишланган халқаро илмий-амалий конференция</dc:subject>
  <dc:creator>Toshkent davlat tibbiyot universiteti</dc:creator>
  <cp:keywords/>
  <dc:description>generated by python-docx</dc:description>
  <cp:lastModifiedBy>Fayzullo Mallaev</cp:lastModifiedBy>
  <cp:revision>10</cp:revision>
  <dcterms:created xsi:type="dcterms:W3CDTF">2013-12-23T23:15:00Z</dcterms:created>
  <dcterms:modified xsi:type="dcterms:W3CDTF">2026-09-30T05:20:00Z</dcterms:modified>
  <cp:category/>
</cp:coreProperties>
</file>